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EF8BCA" w14:textId="6CFDBED5" w:rsidR="009D38BA" w:rsidRDefault="00000000">
      <w:pPr>
        <w:pStyle w:val="Title"/>
        <w:jc w:val="center"/>
      </w:pPr>
      <w:r>
        <w:t xml:space="preserve">3 </w:t>
      </w:r>
      <w:proofErr w:type="spellStart"/>
      <w:r>
        <w:t>Thumbz</w:t>
      </w:r>
      <w:proofErr w:type="spellEnd"/>
      <w:r>
        <w:t xml:space="preserve"> Up LLC Community Garden</w:t>
      </w:r>
    </w:p>
    <w:p w14:paraId="60D2B8E5" w14:textId="77777777" w:rsidR="009D38BA" w:rsidRDefault="00000000">
      <w:pPr>
        <w:jc w:val="center"/>
      </w:pPr>
      <w:r>
        <w:t>“Growing Through Nature”</w:t>
      </w:r>
    </w:p>
    <w:p w14:paraId="0F0C1458" w14:textId="23E4B522" w:rsidR="009D38BA" w:rsidRDefault="00000000">
      <w:pPr>
        <w:jc w:val="center"/>
      </w:pPr>
      <w:r>
        <w:rPr>
          <w:noProof/>
        </w:rPr>
        <w:drawing>
          <wp:inline distT="0" distB="0" distL="0" distR="0" wp14:anchorId="17576BC2" wp14:editId="0FCDB01F">
            <wp:extent cx="5486400" cy="5486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306A4E-638F-4CDE-B266-0931B95BF286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0E42">
        <w:tab/>
      </w:r>
    </w:p>
    <w:p w14:paraId="5D751DB4" w14:textId="77777777" w:rsidR="009D38BA" w:rsidRDefault="00000000">
      <w:pPr>
        <w:pStyle w:val="Heading1"/>
      </w:pPr>
      <w:r>
        <w:t>Project Overview</w:t>
      </w:r>
    </w:p>
    <w:p w14:paraId="710162E5" w14:textId="77777777" w:rsidR="009D38BA" w:rsidRDefault="00000000">
      <w:r>
        <w:t xml:space="preserve">3 Thumbz Up LLC is developing a community garden designed to bring veterans, families, and local residents together through agriculture, wellness, and education. The garden will </w:t>
      </w:r>
      <w:r>
        <w:lastRenderedPageBreak/>
        <w:t>provide a space where individuals can learn to grow their own food, build community connections, and participate in therapeutic outdoor activities.</w:t>
      </w:r>
    </w:p>
    <w:p w14:paraId="5D3BE998" w14:textId="77777777" w:rsidR="009D38BA" w:rsidRDefault="00000000">
      <w:pPr>
        <w:pStyle w:val="Heading1"/>
      </w:pPr>
      <w:r>
        <w:t>Mission</w:t>
      </w:r>
    </w:p>
    <w:p w14:paraId="5E7D568A" w14:textId="77777777" w:rsidR="009D38BA" w:rsidRDefault="00000000">
      <w:r>
        <w:t>Our mission is to strengthen the community by providing a welcoming environment where people can grow food, build relationships, and improve mental and physical wellness through nature.</w:t>
      </w:r>
    </w:p>
    <w:p w14:paraId="096DE2AC" w14:textId="77777777" w:rsidR="009D38BA" w:rsidRDefault="00000000">
      <w:pPr>
        <w:pStyle w:val="Heading1"/>
      </w:pPr>
      <w:r>
        <w:t>Startup Cost</w:t>
      </w:r>
    </w:p>
    <w:p w14:paraId="579DA199" w14:textId="77777777" w:rsidR="009D38BA" w:rsidRDefault="00000000">
      <w:r>
        <w:t>The estimated startup cost for the initial phase of the 3 Thumbz Up Community Garden is approximately $6,000. Funding will support raised beds, soil, fencing, greenhouse materials, irrigation supplies, signage, and community seating areas.</w:t>
      </w:r>
    </w:p>
    <w:p w14:paraId="554D3E80" w14:textId="77777777" w:rsidR="009D38BA" w:rsidRDefault="00000000">
      <w:pPr>
        <w:pStyle w:val="Heading1"/>
      </w:pPr>
      <w:r>
        <w:t>Sponsorship Opportunities</w:t>
      </w:r>
    </w:p>
    <w:p w14:paraId="0F639F20" w14:textId="77777777" w:rsidR="009D38BA" w:rsidRDefault="00000000">
      <w:pPr>
        <w:pStyle w:val="Heading2"/>
      </w:pPr>
      <w:r>
        <w:t>Platinum Sponsor – $2,000+</w:t>
      </w:r>
    </w:p>
    <w:p w14:paraId="7BDC544E" w14:textId="77777777" w:rsidR="009D38BA" w:rsidRDefault="00000000">
      <w:r>
        <w:t>• Large logo on garden entrance sign</w:t>
      </w:r>
      <w:r>
        <w:br/>
        <w:t>• Recognition on all promotional materials</w:t>
      </w:r>
      <w:r>
        <w:br/>
        <w:t>• Featured recognition at community events</w:t>
      </w:r>
      <w:r>
        <w:br/>
        <w:t>• Dedicated garden bed named after sponsor</w:t>
      </w:r>
    </w:p>
    <w:p w14:paraId="4E9B31B1" w14:textId="77777777" w:rsidR="009D38BA" w:rsidRDefault="00000000">
      <w:pPr>
        <w:pStyle w:val="Heading2"/>
      </w:pPr>
      <w:r>
        <w:t>Gold Sponsor – $1,000</w:t>
      </w:r>
    </w:p>
    <w:p w14:paraId="32CE28CC" w14:textId="77777777" w:rsidR="009D38BA" w:rsidRDefault="00000000">
      <w:r>
        <w:t>• Medium logo displayed at garden</w:t>
      </w:r>
      <w:r>
        <w:br/>
        <w:t>• Recognition on website and social media</w:t>
      </w:r>
      <w:r>
        <w:br/>
        <w:t>• Sponsor name on a raised garden bed</w:t>
      </w:r>
    </w:p>
    <w:p w14:paraId="29FFD741" w14:textId="77777777" w:rsidR="009D38BA" w:rsidRDefault="00000000">
      <w:pPr>
        <w:pStyle w:val="Heading2"/>
      </w:pPr>
      <w:r>
        <w:t>Silver Sponsor – $750</w:t>
      </w:r>
    </w:p>
    <w:p w14:paraId="56F1947B" w14:textId="77777777" w:rsidR="009D38BA" w:rsidRDefault="00000000">
      <w:r>
        <w:t>• Name listed on community sponsor board</w:t>
      </w:r>
      <w:r>
        <w:br/>
        <w:t>• Recognition on social media</w:t>
      </w:r>
    </w:p>
    <w:p w14:paraId="0CDA118C" w14:textId="77777777" w:rsidR="009D38BA" w:rsidRDefault="00000000">
      <w:pPr>
        <w:pStyle w:val="Heading2"/>
      </w:pPr>
      <w:r>
        <w:t>Sponsor a Cistern – $500</w:t>
      </w:r>
    </w:p>
    <w:p w14:paraId="24DFD9B0" w14:textId="77777777" w:rsidR="009D38BA" w:rsidRDefault="00000000">
      <w:r>
        <w:t>Sponsors can fund a rainwater collection cistern that will be used to sustainably water the garden. Sponsors will have their name displayed on the cistern they support.</w:t>
      </w:r>
    </w:p>
    <w:p w14:paraId="3AAF06C3" w14:textId="77777777" w:rsidR="009D38BA" w:rsidRDefault="00000000">
      <w:pPr>
        <w:pStyle w:val="Heading2"/>
      </w:pPr>
      <w:r>
        <w:t>Community Supporter – $100</w:t>
      </w:r>
    </w:p>
    <w:p w14:paraId="67A327CD" w14:textId="77777777" w:rsidR="009D38BA" w:rsidRDefault="00000000">
      <w:r>
        <w:t>Community members and small businesses can contribute to the project and will be recognized on the supporter board within the garden.</w:t>
      </w:r>
    </w:p>
    <w:p w14:paraId="793ACFD1" w14:textId="77777777" w:rsidR="009D38BA" w:rsidRDefault="00000000">
      <w:pPr>
        <w:pStyle w:val="Heading1"/>
      </w:pPr>
      <w:r>
        <w:lastRenderedPageBreak/>
        <w:t>Get Involved</w:t>
      </w:r>
    </w:p>
    <w:p w14:paraId="604377CA" w14:textId="77777777" w:rsidR="009D38BA" w:rsidRDefault="00000000">
      <w:r>
        <w:t>3 Thumbz Up LLC welcomes partnerships with local businesses, organizations, and individuals who believe in strengthening our community through nature. Together we can create a space that promotes health, education, and connection.</w:t>
      </w:r>
    </w:p>
    <w:sectPr w:rsidR="009D38BA" w:rsidSect="00034616">
      <w:head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4DA088" w14:textId="77777777" w:rsidR="00A13AA3" w:rsidRDefault="00A13AA3" w:rsidP="00EC1CEC">
      <w:pPr>
        <w:spacing w:after="0" w:line="240" w:lineRule="auto"/>
      </w:pPr>
      <w:r>
        <w:separator/>
      </w:r>
    </w:p>
  </w:endnote>
  <w:endnote w:type="continuationSeparator" w:id="0">
    <w:p w14:paraId="22BFC3C8" w14:textId="77777777" w:rsidR="00A13AA3" w:rsidRDefault="00A13AA3" w:rsidP="00EC1C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AA2669" w14:textId="77777777" w:rsidR="00A13AA3" w:rsidRDefault="00A13AA3" w:rsidP="00EC1CEC">
      <w:pPr>
        <w:spacing w:after="0" w:line="240" w:lineRule="auto"/>
      </w:pPr>
      <w:r>
        <w:separator/>
      </w:r>
    </w:p>
  </w:footnote>
  <w:footnote w:type="continuationSeparator" w:id="0">
    <w:p w14:paraId="2966EB93" w14:textId="77777777" w:rsidR="00A13AA3" w:rsidRDefault="00A13AA3" w:rsidP="00EC1C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4693A" w14:textId="063B6C3B" w:rsidR="00EC1CEC" w:rsidRDefault="00EC1CEC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0B3C257" wp14:editId="582B41F6">
          <wp:simplePos x="0" y="0"/>
          <wp:positionH relativeFrom="margin">
            <wp:posOffset>2209800</wp:posOffset>
          </wp:positionH>
          <wp:positionV relativeFrom="margin">
            <wp:posOffset>-774700</wp:posOffset>
          </wp:positionV>
          <wp:extent cx="977900" cy="977900"/>
          <wp:effectExtent l="0" t="0" r="0" b="0"/>
          <wp:wrapSquare wrapText="bothSides"/>
          <wp:docPr id="423534028" name="Picture 1" descr="A logo with vegetables and animal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3534028" name="Picture 1" descr="A logo with vegetables and animals&#10;&#10;AI-generated content may b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77900" cy="977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990212759">
    <w:abstractNumId w:val="8"/>
  </w:num>
  <w:num w:numId="2" w16cid:durableId="2141193402">
    <w:abstractNumId w:val="6"/>
  </w:num>
  <w:num w:numId="3" w16cid:durableId="148980191">
    <w:abstractNumId w:val="5"/>
  </w:num>
  <w:num w:numId="4" w16cid:durableId="1496847338">
    <w:abstractNumId w:val="4"/>
  </w:num>
  <w:num w:numId="5" w16cid:durableId="941379055">
    <w:abstractNumId w:val="7"/>
  </w:num>
  <w:num w:numId="6" w16cid:durableId="1029910437">
    <w:abstractNumId w:val="3"/>
  </w:num>
  <w:num w:numId="7" w16cid:durableId="1098214383">
    <w:abstractNumId w:val="2"/>
  </w:num>
  <w:num w:numId="8" w16cid:durableId="585655283">
    <w:abstractNumId w:val="1"/>
  </w:num>
  <w:num w:numId="9" w16cid:durableId="9147822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9D38BA"/>
    <w:rsid w:val="00A01C25"/>
    <w:rsid w:val="00A13AA3"/>
    <w:rsid w:val="00AA1D8D"/>
    <w:rsid w:val="00B47730"/>
    <w:rsid w:val="00C836AC"/>
    <w:rsid w:val="00CB0664"/>
    <w:rsid w:val="00EC1CEC"/>
    <w:rsid w:val="00F30E42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8B37FE2"/>
  <w14:defaultImageDpi w14:val="300"/>
  <w15:docId w15:val="{F4A51F2F-15B3-134E-ABF2-0A2A2123C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283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1895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VFW 5354</cp:lastModifiedBy>
  <cp:revision>3</cp:revision>
  <cp:lastPrinted>2026-03-15T19:20:00Z</cp:lastPrinted>
  <dcterms:created xsi:type="dcterms:W3CDTF">2026-03-15T19:20:00Z</dcterms:created>
  <dcterms:modified xsi:type="dcterms:W3CDTF">2026-03-19T19:44:00Z</dcterms:modified>
  <cp:category/>
</cp:coreProperties>
</file>